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>
          <w:color w:val="000000"/>
        </w:rPr>
      </w:pPr>
      <w:r>
        <w:rPr>
          <w:b/>
          <w:i w:val="false"/>
          <w:color w:val="000000"/>
          <w:sz w:val="32"/>
        </w:rPr>
        <w:t>CLAVE DE RESPUESTAS Y SOLUCIONARIO</w:t>
      </w:r>
    </w:p>
    <w:p>
      <w:pPr>
        <w:pStyle w:val="Normal"/>
        <w:spacing w:before="0" w:after="200"/>
        <w:rPr/>
      </w:pPr>
      <w:r>
        <w:rPr>
          <w:b w:val="false"/>
          <w:i/>
        </w:rPr>
        <w:t>Documento exclusivo para uso del docente.</w:t>
      </w:r>
    </w:p>
    <w:p>
      <w:pPr>
        <w:pStyle w:val="Normal"/>
        <w:spacing w:before="0" w:after="80"/>
        <w:jc w:val="left"/>
        <w:rPr>
          <w:color w:val="000000"/>
        </w:rPr>
      </w:pPr>
      <w:r>
        <w:rPr>
          <w:b/>
          <w:i w:val="false"/>
          <w:color w:val="000000"/>
          <w:sz w:val="26"/>
        </w:rPr>
        <w:t>SERIE I – Verdadero o Falso</w:t>
      </w:r>
    </w:p>
    <w:p>
      <w:pPr>
        <w:pStyle w:val="Normal"/>
        <w:spacing w:before="0" w:after="80"/>
        <w:rPr/>
      </w:pPr>
      <w:r>
        <w:rPr>
          <w:b/>
          <w:i w:val="false"/>
        </w:rPr>
        <w:t>1. El número de Avogadro equivale a 6,022 × 10</w:t>
      </w:r>
      <w:r>
        <w:rPr>
          <w:b/>
          <w:i w:val="false"/>
          <w:vertAlign w:val="superscript"/>
        </w:rPr>
        <w:t>23</w:t>
      </w:r>
      <w:r>
        <w:rPr>
          <w:b/>
          <w:i w:val="false"/>
        </w:rPr>
        <w:t xml:space="preserve"> partículas y corresponde a un mol de cualquier sustancia.</w:t>
      </w:r>
      <w:r>
        <w:rPr>
          <w:b w:val="false"/>
          <w:i w:val="false"/>
        </w:rPr>
        <w:t xml:space="preserve">    Respuesta: V</w:t>
      </w:r>
    </w:p>
    <w:p>
      <w:pPr>
        <w:pStyle w:val="Normal"/>
        <w:spacing w:before="0" w:after="80"/>
        <w:rPr/>
      </w:pPr>
      <w:r>
        <w:rPr>
          <w:b/>
          <w:i w:val="false"/>
        </w:rPr>
        <w:t>2. La masa molecular se obtiene sumando las masas atómicas de todos los átomos que forman la molécula.</w:t>
      </w:r>
      <w:r>
        <w:rPr>
          <w:b w:val="false"/>
          <w:i w:val="false"/>
        </w:rPr>
        <w:t xml:space="preserve">    Respuesta: V</w:t>
      </w:r>
    </w:p>
    <w:p>
      <w:pPr>
        <w:pStyle w:val="Normal"/>
        <w:spacing w:before="0" w:after="80"/>
        <w:rPr/>
      </w:pPr>
      <w:r>
        <w:rPr>
          <w:b/>
          <w:i w:val="false"/>
        </w:rPr>
        <w:t>3. Un mol de cualquier sustancia siempre contiene la misma cantidad de partículas (6,022 × 10</w:t>
      </w:r>
      <w:r>
        <w:rPr>
          <w:b/>
          <w:i w:val="false"/>
          <w:vertAlign w:val="superscript"/>
        </w:rPr>
        <w:t>23</w:t>
      </w:r>
      <w:r>
        <w:rPr>
          <w:b/>
          <w:i w:val="false"/>
        </w:rPr>
        <w:t>).</w:t>
      </w:r>
      <w:r>
        <w:rPr>
          <w:b w:val="false"/>
          <w:i w:val="false"/>
        </w:rPr>
        <w:t xml:space="preserve">    Respuesta: V</w:t>
      </w:r>
    </w:p>
    <w:p>
      <w:pPr>
        <w:pStyle w:val="Normal"/>
        <w:spacing w:before="0" w:after="80"/>
        <w:rPr/>
      </w:pPr>
      <w:r>
        <w:rPr>
          <w:b/>
          <w:i w:val="false"/>
        </w:rPr>
        <w:t>4. La fórmula molecular indica la proporción más simple en que se combinan los elementos de un compuesto.</w:t>
      </w:r>
      <w:r>
        <w:rPr>
          <w:b w:val="false"/>
          <w:i w:val="false"/>
        </w:rPr>
        <w:t xml:space="preserve">    Respuesta: F</w:t>
      </w:r>
    </w:p>
    <w:p>
      <w:pPr>
        <w:pStyle w:val="Normal"/>
        <w:spacing w:before="0" w:after="80"/>
        <w:rPr/>
      </w:pPr>
      <w:r>
        <w:rPr>
          <w:b/>
          <w:i w:val="false"/>
        </w:rPr>
        <w:t>5. La composición porcentual se calcula dividiendo la masa del elemento entre la masa total del compuesto y multiplicando por 100.</w:t>
      </w:r>
      <w:r>
        <w:rPr>
          <w:b w:val="false"/>
          <w:i w:val="false"/>
        </w:rPr>
        <w:t xml:space="preserve">    Respuesta: V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80"/>
        <w:jc w:val="left"/>
        <w:rPr>
          <w:color w:val="000000"/>
        </w:rPr>
      </w:pPr>
      <w:r>
        <w:rPr>
          <w:b/>
          <w:i w:val="false"/>
          <w:color w:val="000000"/>
          <w:sz w:val="26"/>
        </w:rPr>
        <w:t>SERIE II – Selección Múltiple</w:t>
      </w:r>
    </w:p>
    <w:p>
      <w:pPr>
        <w:pStyle w:val="Normal"/>
        <w:spacing w:before="0" w:after="80"/>
        <w:rPr/>
      </w:pPr>
      <w:r>
        <w:rPr>
          <w:b/>
          <w:i w:val="false"/>
        </w:rPr>
        <w:t>1. ¿Cuántas partículas contiene un mol de cualquier sustancia?</w:t>
      </w:r>
      <w:r>
        <w:rPr>
          <w:b w:val="false"/>
          <w:i w:val="false"/>
        </w:rPr>
        <w:t xml:space="preserve">    Respuesta correcta: B  (6,022 × 10</w:t>
      </w:r>
      <w:r>
        <w:rPr>
          <w:b w:val="false"/>
          <w:i w:val="false"/>
          <w:vertAlign w:val="superscript"/>
        </w:rPr>
        <w:t>23</w:t>
      </w:r>
      <w:r>
        <w:rPr>
          <w:b w:val="false"/>
          <w:i w:val="false"/>
        </w:rPr>
        <w:t>)</w:t>
      </w:r>
    </w:p>
    <w:p>
      <w:pPr>
        <w:pStyle w:val="Normal"/>
        <w:spacing w:before="0" w:after="80"/>
        <w:rPr/>
      </w:pPr>
      <w:r>
        <w:rPr>
          <w:b/>
          <w:i w:val="false"/>
        </w:rPr>
        <w:t>2. La fórmula que indica la proporción más sencilla en que se combinan los átomos de un compuesto se llama:</w:t>
      </w:r>
      <w:r>
        <w:rPr>
          <w:b w:val="false"/>
          <w:i w:val="false"/>
        </w:rPr>
        <w:t xml:space="preserve">    Respuesta correcta: C  (Fórmula empírica)</w:t>
      </w:r>
    </w:p>
    <w:p>
      <w:pPr>
        <w:pStyle w:val="Normal"/>
        <w:spacing w:before="0" w:after="80"/>
        <w:rPr/>
      </w:pPr>
      <w:r>
        <w:rPr>
          <w:b/>
          <w:i w:val="false"/>
        </w:rPr>
        <w:t>3. ¿Cuál es la masa molecular del agua (H</w:t>
      </w:r>
      <w:r>
        <w:rPr>
          <w:b/>
          <w:i w:val="false"/>
          <w:vertAlign w:val="subscript"/>
        </w:rPr>
        <w:t>2</w:t>
      </w:r>
      <w:r>
        <w:rPr>
          <w:b/>
          <w:i w:val="false"/>
        </w:rPr>
        <w:t>O)?  (H = 1, O = 16)</w:t>
      </w:r>
      <w:r>
        <w:rPr>
          <w:b w:val="false"/>
          <w:i w:val="false"/>
        </w:rPr>
        <w:t xml:space="preserve">    Respuesta correcta: C  (18 u)</w:t>
      </w:r>
    </w:p>
    <w:p>
      <w:pPr>
        <w:pStyle w:val="Normal"/>
        <w:spacing w:before="0" w:after="80"/>
        <w:rPr/>
      </w:pPr>
      <w:r>
        <w:rPr>
          <w:b/>
          <w:i w:val="false"/>
        </w:rPr>
        <w:t>4. ¿Cuántos moles hay en 44 g de dióxido de carbono (CO</w:t>
      </w:r>
      <w:r>
        <w:rPr>
          <w:b/>
          <w:i w:val="false"/>
          <w:vertAlign w:val="subscript"/>
        </w:rPr>
        <w:t>2</w:t>
      </w:r>
      <w:r>
        <w:rPr>
          <w:b/>
          <w:i w:val="false"/>
        </w:rPr>
        <w:t>)?  (C = 12, O = 16)</w:t>
      </w:r>
      <w:r>
        <w:rPr>
          <w:b w:val="false"/>
          <w:i w:val="false"/>
        </w:rPr>
        <w:t xml:space="preserve">    Respuesta correcta: B  (1 mol)</w:t>
      </w:r>
    </w:p>
    <w:p>
      <w:pPr>
        <w:pStyle w:val="Normal"/>
        <w:spacing w:before="0" w:after="80"/>
        <w:rPr/>
      </w:pPr>
      <w:r>
        <w:rPr>
          <w:b/>
          <w:i w:val="false"/>
        </w:rPr>
        <w:t>5. La composición porcentual del hidrógeno en el agua (H</w:t>
      </w:r>
      <w:r>
        <w:rPr>
          <w:b/>
          <w:i w:val="false"/>
          <w:vertAlign w:val="subscript"/>
        </w:rPr>
        <w:t>2</w:t>
      </w:r>
      <w:r>
        <w:rPr>
          <w:b/>
          <w:i w:val="false"/>
        </w:rPr>
        <w:t>O) es aproximadamente:</w:t>
      </w:r>
      <w:r>
        <w:rPr>
          <w:b w:val="false"/>
          <w:i w:val="false"/>
        </w:rPr>
        <w:t xml:space="preserve">    Respuesta correcta: A  (11,1 %)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80"/>
        <w:jc w:val="left"/>
        <w:rPr>
          <w:color w:val="000000"/>
        </w:rPr>
      </w:pPr>
      <w:r>
        <w:rPr>
          <w:b/>
          <w:i w:val="false"/>
          <w:color w:val="000000"/>
          <w:sz w:val="26"/>
        </w:rPr>
        <w:t>SERIE III – Preguntas Directas (respuestas esperadas)</w:t>
      </w:r>
    </w:p>
    <w:p>
      <w:pPr>
        <w:pStyle w:val="Normal"/>
        <w:spacing w:before="0" w:after="80"/>
        <w:rPr/>
      </w:pPr>
      <w:r>
        <w:rPr>
          <w:b/>
          <w:i w:val="false"/>
        </w:rPr>
        <w:t>1. ¿Qué es un mol?</w:t>
      </w:r>
      <w:r>
        <w:rPr>
          <w:b w:val="false"/>
          <w:i w:val="false"/>
        </w:rPr>
        <w:t xml:space="preserve">   Respuesta: Un mol es la cantidad de sustancia que contiene 6,022 × 10</w:t>
      </w:r>
      <w:r>
        <w:rPr>
          <w:b w:val="false"/>
          <w:i w:val="false"/>
          <w:vertAlign w:val="superscript"/>
        </w:rPr>
        <w:t>23</w:t>
      </w:r>
      <w:r>
        <w:rPr>
          <w:b w:val="false"/>
          <w:i w:val="false"/>
        </w:rPr>
        <w:t xml:space="preserve"> partículas (átomos, moléculas o iones). Se expresa en mol y su masa en gramos equivale al valor de la masa atómica o molecular.</w:t>
      </w:r>
    </w:p>
    <w:p>
      <w:pPr>
        <w:pStyle w:val="Normal"/>
        <w:spacing w:before="0" w:after="80"/>
        <w:rPr/>
      </w:pPr>
      <w:r>
        <w:rPr>
          <w:b/>
          <w:i w:val="false"/>
        </w:rPr>
        <w:t>2. ¿Qué representa el número de Avogadro?</w:t>
      </w:r>
      <w:r>
        <w:rPr>
          <w:b w:val="false"/>
          <w:i w:val="false"/>
        </w:rPr>
        <w:t xml:space="preserve">   Respuesta: El número de Avogadro (6,022 × 10</w:t>
      </w:r>
      <w:r>
        <w:rPr>
          <w:b w:val="false"/>
          <w:i w:val="false"/>
          <w:vertAlign w:val="superscript"/>
        </w:rPr>
        <w:t>23</w:t>
      </w:r>
      <w:r>
        <w:rPr>
          <w:b w:val="false"/>
          <w:i w:val="false"/>
        </w:rPr>
        <w:t>) representa la cantidad de partículas que contiene un mol de cualquier sustancia.</w:t>
      </w:r>
    </w:p>
    <w:p>
      <w:pPr>
        <w:pStyle w:val="Normal"/>
        <w:spacing w:before="0" w:after="80"/>
        <w:rPr/>
      </w:pPr>
      <w:r>
        <w:rPr>
          <w:b/>
          <w:i w:val="false"/>
        </w:rPr>
        <w:t>3. ¿Qué es una fórmula empírica?</w:t>
      </w:r>
      <w:r>
        <w:rPr>
          <w:b w:val="false"/>
          <w:i w:val="false"/>
        </w:rPr>
        <w:t xml:space="preserve">   Respuesta: La fórmula empírica es la fórmula que indica la proporción más simple (mínima) en que se combinan los átomos de los elementos de un compuesto.</w:t>
      </w:r>
    </w:p>
    <w:p>
      <w:pPr>
        <w:pStyle w:val="Normal"/>
        <w:spacing w:before="0" w:after="80"/>
        <w:rPr/>
      </w:pPr>
      <w:r>
        <w:rPr>
          <w:b/>
          <w:i w:val="false"/>
        </w:rPr>
        <w:t>4. ¿Qué diferencia existe entre la fórmula empírica y la fórmula molecular?</w:t>
      </w:r>
      <w:r>
        <w:rPr>
          <w:b w:val="false"/>
          <w:i w:val="false"/>
        </w:rPr>
        <w:t xml:space="preserve">   Respuesta: La fórmula empírica indica la proporción más simple de los átomos, mientras que la fórmula molecular indica el número real y exacto de átomos de cada elemento en una molécula.</w:t>
      </w:r>
    </w:p>
    <w:p>
      <w:pPr>
        <w:pStyle w:val="Normal"/>
        <w:spacing w:before="0" w:after="80"/>
        <w:rPr/>
      </w:pPr>
      <w:r>
        <w:rPr>
          <w:b/>
          <w:i w:val="false"/>
        </w:rPr>
        <w:t>5. ¿Qué representa la composición porcentual de un compuesto?</w:t>
      </w:r>
      <w:r>
        <w:rPr>
          <w:b w:val="false"/>
          <w:i w:val="false"/>
        </w:rPr>
        <w:t xml:space="preserve">   Respuesta: La composición porcentual indica el porcentaje en masa de cada elemento presente en un compuesto. Se calcula con: %X = (masa de X ÷ masa total del compuesto) × 100.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80"/>
        <w:jc w:val="left"/>
        <w:rPr>
          <w:color w:val="000000"/>
        </w:rPr>
      </w:pPr>
      <w:r>
        <w:rPr>
          <w:b/>
          <w:i w:val="false"/>
          <w:color w:val="000000"/>
          <w:sz w:val="26"/>
        </w:rPr>
        <w:t>SERIE IV – Ejercicios de Aplicación (solucionario)</w:t>
      </w:r>
    </w:p>
    <w:p>
      <w:pPr>
        <w:pStyle w:val="Normal"/>
        <w:spacing w:before="0" w:after="40"/>
        <w:rPr/>
      </w:pPr>
      <w:r>
        <w:rPr>
          <w:b/>
          <w:i w:val="false"/>
          <w:sz w:val="22"/>
        </w:rPr>
        <w:t>Ejercicio 1. Masa molecular (4 pts)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CaCO</w:t>
      </w:r>
      <w:r>
        <w:rPr>
          <w:b w:val="false"/>
          <w:i w:val="false"/>
          <w:vertAlign w:val="subscript"/>
        </w:rPr>
        <w:t>3</w:t>
      </w:r>
      <w:r>
        <w:rPr>
          <w:b w:val="false"/>
          <w:i w:val="false"/>
        </w:rPr>
        <w:t>:  Ca = 40  +  C = 12  +  O = 16 × 3 = 48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Masa molecular del CaCO</w:t>
      </w:r>
      <w:r>
        <w:rPr>
          <w:b w:val="false"/>
          <w:i w:val="false"/>
          <w:vertAlign w:val="subscript"/>
        </w:rPr>
        <w:t>3</w:t>
      </w:r>
      <w:r>
        <w:rPr>
          <w:b w:val="false"/>
          <w:i w:val="false"/>
        </w:rPr>
        <w:t xml:space="preserve"> = 40 + 12 + 48 = 100 u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Resultado: 100 u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40"/>
        <w:rPr/>
      </w:pPr>
      <w:r>
        <w:rPr>
          <w:b/>
          <w:i w:val="false"/>
          <w:sz w:val="22"/>
        </w:rPr>
        <w:t>Ejercicio 2. Cálculo de moles (4 pts)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H</w:t>
      </w:r>
      <w:r>
        <w:rPr>
          <w:b w:val="false"/>
          <w:i w:val="false"/>
          <w:vertAlign w:val="subscript"/>
        </w:rPr>
        <w:t>2</w:t>
      </w:r>
      <w:r>
        <w:rPr>
          <w:b w:val="false"/>
          <w:i w:val="false"/>
        </w:rPr>
        <w:t>O:  H = 1 × 2 = 2  +  O = 16  →  masa molecular = 18 u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n = masa ÷ masa molecular = 90 g ÷ 18 g/mol = 5 mol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Resultado: 5 mol de agua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40"/>
        <w:rPr/>
      </w:pPr>
      <w:r>
        <w:rPr>
          <w:b/>
          <w:i w:val="false"/>
          <w:sz w:val="22"/>
        </w:rPr>
        <w:t>Ejercicio 3. Conversión gramos ↔ moles (4 pts)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CO</w:t>
      </w:r>
      <w:r>
        <w:rPr>
          <w:b w:val="false"/>
          <w:i w:val="false"/>
          <w:vertAlign w:val="subscript"/>
        </w:rPr>
        <w:t>2</w:t>
      </w:r>
      <w:r>
        <w:rPr>
          <w:b w:val="false"/>
          <w:i w:val="false"/>
        </w:rPr>
        <w:t>:  C = 12  +  O = 16 × 2 = 32  →  masa molecular = 44 u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masa = n × masa molecular = 3 mol × 44 g/mol = 132 g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Resultado: 132 g de CO</w:t>
      </w:r>
      <w:r>
        <w:rPr>
          <w:b w:val="false"/>
          <w:i w:val="false"/>
          <w:vertAlign w:val="subscript"/>
        </w:rPr>
        <w:t>2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40"/>
        <w:rPr/>
      </w:pPr>
      <w:r>
        <w:rPr>
          <w:b/>
          <w:i w:val="false"/>
          <w:sz w:val="22"/>
        </w:rPr>
        <w:t>Ejercicio 4. Conversión moles ↔ partículas (4 pts)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partículas = n × número de Avogadro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moléculas = 2 mol × 6,022 × 10</w:t>
      </w:r>
      <w:r>
        <w:rPr>
          <w:b w:val="false"/>
          <w:i w:val="false"/>
          <w:vertAlign w:val="superscript"/>
        </w:rPr>
        <w:t>23</w:t>
      </w:r>
      <w:r>
        <w:rPr>
          <w:b w:val="false"/>
          <w:i w:val="false"/>
        </w:rPr>
        <w:t xml:space="preserve"> moléculas/mol = 12,044 × 10</w:t>
      </w:r>
      <w:r>
        <w:rPr>
          <w:b w:val="false"/>
          <w:i w:val="false"/>
          <w:vertAlign w:val="superscript"/>
        </w:rPr>
        <w:t>23</w:t>
      </w:r>
      <w:r>
        <w:rPr>
          <w:b w:val="false"/>
          <w:i w:val="false"/>
        </w:rPr>
        <w:t xml:space="preserve"> moléculas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Resultado: 1,2044 × 10</w:t>
      </w:r>
      <w:r>
        <w:rPr>
          <w:b w:val="false"/>
          <w:i w:val="false"/>
          <w:vertAlign w:val="superscript"/>
        </w:rPr>
        <w:t>24</w:t>
      </w:r>
      <w:r>
        <w:rPr>
          <w:b w:val="false"/>
          <w:i w:val="false"/>
        </w:rPr>
        <w:t xml:space="preserve"> moléculas de agua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40"/>
        <w:rPr/>
      </w:pPr>
      <w:r>
        <w:rPr>
          <w:b/>
          <w:i w:val="false"/>
          <w:sz w:val="22"/>
        </w:rPr>
        <w:t>Ejercicio 5. Composición porcentual (6 pts)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H</w:t>
      </w:r>
      <w:r>
        <w:rPr>
          <w:b w:val="false"/>
          <w:i w:val="false"/>
          <w:vertAlign w:val="subscript"/>
        </w:rPr>
        <w:t>2</w:t>
      </w:r>
      <w:r>
        <w:rPr>
          <w:b w:val="false"/>
          <w:i w:val="false"/>
        </w:rPr>
        <w:t>O: masa total = 18 u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% H = (2 ÷ 18) × 100 = 11,11 %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% O = (16 ÷ 18) × 100 = 88,89 %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Resultado: 11,11 % de H y 88,89 % de O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40"/>
        <w:rPr/>
      </w:pPr>
      <w:r>
        <w:rPr>
          <w:b/>
          <w:i w:val="false"/>
          <w:sz w:val="22"/>
        </w:rPr>
        <w:t>Ejercicio 6. Fórmula empírica (8 pts)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Asumir 100 g de compuesto: 50 g de S y 50 g de O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S: 50 g ÷ 32 g/mol = 1,5625 mol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O: 50 g ÷ 16 g/mol = 3,125 mol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Dividir entre el menor (1,5625):  S = 1 ;  O = 2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Resultado: fórmula empírica = SO</w:t>
      </w:r>
      <w:r>
        <w:rPr>
          <w:b w:val="false"/>
          <w:i w:val="false"/>
          <w:vertAlign w:val="subscript"/>
        </w:rPr>
        <w:t>2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40"/>
        <w:rPr/>
      </w:pPr>
      <w:r>
        <w:rPr>
          <w:b/>
          <w:i w:val="false"/>
          <w:sz w:val="22"/>
        </w:rPr>
        <w:t>Ejercicio 7. Fórmula molecular (10 pts)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Masa de la fórmula empírica CH</w:t>
      </w:r>
      <w:r>
        <w:rPr>
          <w:b w:val="false"/>
          <w:i w:val="false"/>
          <w:vertAlign w:val="subscript"/>
        </w:rPr>
        <w:t>2</w:t>
      </w:r>
      <w:r>
        <w:rPr>
          <w:b w:val="false"/>
          <w:i w:val="false"/>
        </w:rPr>
        <w:t xml:space="preserve"> = 12 + 2 = 14 u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n = masa molecular ÷ masa de la fórmula empírica = 42 ÷ 14 = 3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Fórmula molecular = (CH</w:t>
      </w:r>
      <w:r>
        <w:rPr>
          <w:b w:val="false"/>
          <w:i w:val="false"/>
          <w:vertAlign w:val="subscript"/>
        </w:rPr>
        <w:t>2</w:t>
      </w:r>
      <w:r>
        <w:rPr>
          <w:b w:val="false"/>
          <w:i w:val="false"/>
        </w:rPr>
        <w:t>) × 3 = C</w:t>
      </w:r>
      <w:r>
        <w:rPr>
          <w:b w:val="false"/>
          <w:i w:val="false"/>
          <w:vertAlign w:val="subscript"/>
        </w:rPr>
        <w:t>3</w:t>
      </w:r>
      <w:r>
        <w:rPr>
          <w:b w:val="false"/>
          <w:i w:val="false"/>
        </w:rPr>
        <w:t>H</w:t>
      </w:r>
      <w:r>
        <w:rPr>
          <w:b w:val="false"/>
          <w:i w:val="false"/>
          <w:vertAlign w:val="subscript"/>
        </w:rPr>
        <w:t>6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• </w:t>
      </w:r>
      <w:r>
        <w:rPr>
          <w:b w:val="false"/>
          <w:i w:val="false"/>
        </w:rPr>
        <w:t>Resultado: C</w:t>
      </w:r>
      <w:r>
        <w:rPr>
          <w:b w:val="false"/>
          <w:i w:val="false"/>
          <w:vertAlign w:val="subscript"/>
        </w:rPr>
        <w:t>3</w:t>
      </w:r>
      <w:r>
        <w:rPr>
          <w:b w:val="false"/>
          <w:i w:val="false"/>
        </w:rPr>
        <w:t>H</w:t>
      </w:r>
      <w:r>
        <w:rPr>
          <w:b w:val="false"/>
          <w:i w:val="false"/>
          <w:vertAlign w:val="subscript"/>
        </w:rPr>
        <w:t>6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80"/>
        <w:jc w:val="left"/>
        <w:rPr>
          <w:color w:val="000000"/>
        </w:rPr>
      </w:pPr>
      <w:r>
        <w:rPr>
          <w:b/>
          <w:i w:val="false"/>
          <w:color w:val="000000"/>
          <w:sz w:val="26"/>
        </w:rPr>
        <w:t>SERIE V – Diagrama de Flujo (solución)</w:t>
      </w:r>
    </w:p>
    <w:p>
      <w:pPr>
        <w:pStyle w:val="Normal"/>
        <w:spacing w:before="0" w:after="80"/>
        <w:rPr/>
      </w:pPr>
      <w:r>
        <w:rPr>
          <w:b/>
          <w:i w:val="false"/>
        </w:rPr>
        <w:t>Problema: ¿cuántas moléculas hay en 72 g de agua (H</w:t>
      </w:r>
      <w:r>
        <w:rPr>
          <w:b/>
          <w:i w:val="false"/>
          <w:vertAlign w:val="subscript"/>
        </w:rPr>
        <w:t>2</w:t>
      </w:r>
      <w:r>
        <w:rPr>
          <w:b/>
          <w:i w:val="false"/>
        </w:rPr>
        <w:t>O)?</w:t>
      </w:r>
    </w:p>
    <w:p>
      <w:pPr>
        <w:pStyle w:val="Normal"/>
        <w:spacing w:before="0" w:after="0"/>
        <w:rPr/>
      </w:pPr>
      <w:r>
        <w:rPr>
          <w:b/>
          <w:i w:val="false"/>
        </w:rPr>
        <w:t xml:space="preserve">   ⬤ </w:t>
      </w:r>
      <w:r>
        <w:rPr>
          <w:b/>
          <w:i w:val="false"/>
        </w:rPr>
        <w:t>INICIO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⬤ </w:t>
      </w:r>
      <w:r>
        <w:rPr>
          <w:b w:val="false"/>
          <w:i w:val="false"/>
        </w:rPr>
        <w:t>Dato: masa de agua = 72 g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⬤ </w:t>
      </w:r>
      <w:r>
        <w:rPr>
          <w:b w:val="false"/>
          <w:i w:val="false"/>
        </w:rPr>
        <w:t>Calcular la masa molecular del agua:  (2 × 1) + 16 = 18 u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⬤ </w:t>
      </w:r>
      <w:r>
        <w:rPr>
          <w:b w:val="false"/>
          <w:i w:val="false"/>
        </w:rPr>
        <w:t>Calcular los moles:  n = 72 g ÷ 18 g/mol = 4 mol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⬤ </w:t>
      </w:r>
      <w:r>
        <w:rPr>
          <w:b w:val="false"/>
          <w:i w:val="false"/>
        </w:rPr>
        <w:t>Convertir moles a moléculas:  4 mol × 6,022 × 10</w:t>
      </w:r>
      <w:r>
        <w:rPr>
          <w:b w:val="false"/>
          <w:i w:val="false"/>
          <w:vertAlign w:val="superscript"/>
        </w:rPr>
        <w:t>23</w:t>
      </w:r>
      <w:r>
        <w:rPr>
          <w:b w:val="false"/>
          <w:i w:val="false"/>
        </w:rPr>
        <w:t xml:space="preserve"> moléculas/mol</w:t>
      </w:r>
    </w:p>
    <w:p>
      <w:pPr>
        <w:pStyle w:val="Normal"/>
        <w:spacing w:before="0" w:after="0"/>
        <w:rPr/>
      </w:pPr>
      <w:r>
        <w:rPr>
          <w:b w:val="false"/>
          <w:i w:val="false"/>
        </w:rPr>
        <w:t xml:space="preserve">   ⬤ </w:t>
      </w:r>
      <w:r>
        <w:rPr>
          <w:b w:val="false"/>
          <w:i w:val="false"/>
        </w:rPr>
        <w:t>Calcular:  = 24,088 × 10</w:t>
      </w:r>
      <w:r>
        <w:rPr>
          <w:b w:val="false"/>
          <w:i w:val="false"/>
          <w:vertAlign w:val="superscript"/>
        </w:rPr>
        <w:t>23</w:t>
      </w:r>
      <w:r>
        <w:rPr>
          <w:b w:val="false"/>
          <w:i w:val="false"/>
        </w:rPr>
        <w:t xml:space="preserve"> moléculas = 2,4088 × 10</w:t>
      </w:r>
      <w:r>
        <w:rPr>
          <w:b w:val="false"/>
          <w:i w:val="false"/>
          <w:vertAlign w:val="superscript"/>
        </w:rPr>
        <w:t>24</w:t>
      </w:r>
      <w:r>
        <w:rPr>
          <w:b w:val="false"/>
          <w:i w:val="false"/>
        </w:rPr>
        <w:t xml:space="preserve"> moléculas</w:t>
      </w:r>
    </w:p>
    <w:p>
      <w:pPr>
        <w:pStyle w:val="Normal"/>
        <w:spacing w:before="0" w:after="0"/>
        <w:rPr/>
      </w:pPr>
      <w:r>
        <w:rPr>
          <w:b/>
          <w:i w:val="false"/>
        </w:rPr>
        <w:t xml:space="preserve">   ⬤ </w:t>
      </w:r>
      <w:r>
        <w:rPr>
          <w:b/>
          <w:i w:val="false"/>
        </w:rPr>
        <w:t>RESULTADO: hay 2,4088 × 10</w:t>
      </w:r>
      <w:r>
        <w:rPr>
          <w:b/>
          <w:i w:val="false"/>
          <w:vertAlign w:val="superscript"/>
        </w:rPr>
        <w:t>24</w:t>
      </w:r>
      <w:r>
        <w:rPr>
          <w:b/>
          <w:i w:val="false"/>
        </w:rPr>
        <w:t xml:space="preserve"> moléculas en 72 g de agua</w:t>
      </w:r>
    </w:p>
    <w:p>
      <w:pPr>
        <w:pStyle w:val="Normal"/>
        <w:spacing w:before="0" w:after="0"/>
        <w:rPr/>
      </w:pPr>
      <w:r>
        <w:rPr>
          <w:b/>
          <w:i w:val="false"/>
        </w:rPr>
        <w:t xml:space="preserve">   ⬤ </w:t>
      </w:r>
      <w:r>
        <w:rPr>
          <w:b/>
          <w:i w:val="false"/>
        </w:rPr>
        <w:t>FIN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>
          <w:b w:val="false"/>
          <w:i/>
        </w:rPr>
        <w:t>Se evaluará: identificación correcta de los datos (4 pts), masa molecular (4 pts), cálculo de moles (4 pts), conversión a moléculas (4 pts) y diagrama de flujo ordenado y completo con inicio, pasos, resultado y fin (4 pts).</w:t>
      </w:r>
    </w:p>
    <w:p>
      <w:pPr>
        <w:pStyle w:val="Normal"/>
        <w:spacing w:before="0" w:after="80"/>
        <w:jc w:val="left"/>
        <w:rPr>
          <w:color w:val="000000"/>
        </w:rPr>
      </w:pPr>
      <w:r>
        <w:rPr/>
      </w:r>
    </w:p>
    <w:p>
      <w:pPr>
        <w:pStyle w:val="Normal"/>
        <w:spacing w:before="0" w:after="80"/>
        <w:jc w:val="left"/>
        <w:rPr>
          <w:color w:val="000000"/>
        </w:rPr>
      </w:pPr>
      <w:r>
        <w:rPr/>
      </w:r>
    </w:p>
    <w:p>
      <w:pPr>
        <w:pStyle w:val="Normal"/>
        <w:spacing w:before="0" w:after="80"/>
        <w:jc w:val="left"/>
        <w:rPr>
          <w:color w:val="000000"/>
        </w:rPr>
      </w:pPr>
      <w:r>
        <w:rPr>
          <w:b/>
          <w:i w:val="false"/>
          <w:color w:val="000000"/>
          <w:sz w:val="26"/>
        </w:rPr>
        <w:t>DISTRIBUCIÓN DE PUNTOS (verificación)</w:t>
      </w:r>
    </w:p>
    <w:tbl>
      <w:tblPr>
        <w:tblStyle w:val="TableGrid"/>
        <w:tblW w:w="993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12"/>
        <w:gridCol w:w="3312"/>
        <w:gridCol w:w="3312"/>
      </w:tblGrid>
      <w:tr>
        <w:trPr/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Serie I – Verdadero o Falso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5 × 2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10</w:t>
            </w:r>
          </w:p>
        </w:tc>
      </w:tr>
      <w:tr>
        <w:trPr/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Serie II – Selección Múltiple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5 × 2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10</w:t>
            </w:r>
          </w:p>
        </w:tc>
      </w:tr>
      <w:tr>
        <w:trPr/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Serie III – Preguntas Directas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5 × 4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20</w:t>
            </w:r>
          </w:p>
        </w:tc>
      </w:tr>
      <w:tr>
        <w:trPr/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Serie IV – Ejercicios de Aplicación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7 ejercicios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40</w:t>
            </w:r>
          </w:p>
        </w:tc>
      </w:tr>
      <w:tr>
        <w:trPr/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Serie V – Diagrama de Flujo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1 ejercicio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 w:val="false"/>
                <w:i w:val="false"/>
                <w:kern w:val="0"/>
                <w:szCs w:val="22"/>
                <w:lang w:val="en-US" w:eastAsia="en-US" w:bidi="ar-SA"/>
              </w:rPr>
              <w:t>20</w:t>
            </w:r>
          </w:p>
        </w:tc>
      </w:tr>
      <w:tr>
        <w:trPr/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i w:val="false"/>
                <w:kern w:val="0"/>
                <w:szCs w:val="22"/>
                <w:lang w:val="en-US" w:eastAsia="en-US" w:bidi="ar-SA"/>
              </w:rPr>
              <w:t>TOTAL</w:t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33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i w:val="false"/>
                <w:kern w:val="0"/>
                <w:szCs w:val="22"/>
                <w:lang w:val="en-US" w:eastAsia="en-US" w:bidi="ar-SA"/>
              </w:rPr>
              <w:t>100</w:t>
            </w:r>
          </w:p>
        </w:tc>
      </w:tr>
    </w:tbl>
    <w:sectPr>
      <w:headerReference w:type="even" r:id="rId2"/>
      <w:headerReference w:type="default" r:id="rId3"/>
      <w:headerReference w:type="first" r:id="rId4"/>
      <w:type w:val="nextPage"/>
      <w:pgSz w:w="12240" w:h="15840"/>
      <w:pgMar w:left="1152" w:right="1152" w:gutter="0" w:header="720" w:top="1008" w:footer="0" w:bottom="10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1164590" cy="526415"/>
          <wp:effectExtent l="0" t="0" r="0" b="0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52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spacing w:before="0" w:after="200"/>
      <w:jc w:val="center"/>
      <w:rPr>
        <w:color w:val="000000"/>
      </w:rPr>
    </w:pPr>
    <w:r>
      <w:rPr>
        <w:b/>
        <w:color w:val="000000"/>
        <w:sz w:val="20"/>
      </w:rPr>
      <w:t>INSTITUTO TÉCNICO DE CAPACITACIÓN Y PRODUCTIVIDAD – INTECAP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1164590" cy="526415"/>
          <wp:effectExtent l="0" t="0" r="0" b="0"/>
          <wp:docPr id="2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52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spacing w:before="0" w:after="200"/>
      <w:jc w:val="center"/>
      <w:rPr>
        <w:color w:val="000000"/>
      </w:rPr>
    </w:pPr>
    <w:r>
      <w:rPr>
        <w:b/>
        <w:color w:val="000000"/>
        <w:sz w:val="20"/>
      </w:rPr>
      <w:t>INSTITUTO TÉCNICO DE CAPACITACIÓN Y PRODUCTIVIDAD – INTECAP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cstheme="minorBid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LibreOffice/24.2.7.2$Linux_X86_64 LibreOffice_project/420$Build-2</Application>
  <AppVersion>15.0000</AppVersion>
  <Pages>4</Pages>
  <Words>943</Words>
  <Characters>3912</Characters>
  <CharactersWithSpaces>4950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es-GT</dc:language>
  <cp:lastModifiedBy>Adónis Gómez</cp:lastModifiedBy>
  <cp:lastPrinted>2026-08-20T08:28:02Z</cp:lastPrinted>
  <dcterms:modified xsi:type="dcterms:W3CDTF">2026-08-20T08:28:08Z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